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19CE6" w14:textId="5F5487F7" w:rsidR="00601FC9" w:rsidRDefault="00601FC9">
      <w:pPr>
        <w:spacing w:before="240" w:after="160"/>
        <w:rPr>
          <w:b/>
          <w:color w:val="003366"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B873D5" wp14:editId="6C35ADCC">
            <wp:simplePos x="0" y="0"/>
            <wp:positionH relativeFrom="margin">
              <wp:posOffset>-457200</wp:posOffset>
            </wp:positionH>
            <wp:positionV relativeFrom="page">
              <wp:posOffset>281305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642EC" w14:textId="77777777" w:rsidR="00601FC9" w:rsidRDefault="00601FC9">
      <w:pPr>
        <w:spacing w:before="240" w:after="160"/>
        <w:rPr>
          <w:b/>
          <w:color w:val="003366"/>
          <w:sz w:val="22"/>
        </w:rPr>
      </w:pPr>
    </w:p>
    <w:p w14:paraId="1795E816" w14:textId="290CFA2C" w:rsidR="002E1029" w:rsidRDefault="00000000" w:rsidP="00601FC9">
      <w:pPr>
        <w:spacing w:before="240" w:after="160"/>
        <w:jc w:val="right"/>
        <w:rPr>
          <w:b/>
          <w:color w:val="003366"/>
          <w:sz w:val="22"/>
        </w:rPr>
      </w:pPr>
      <w:r>
        <w:rPr>
          <w:b/>
          <w:color w:val="003366"/>
          <w:sz w:val="22"/>
        </w:rPr>
        <w:t xml:space="preserve">Al </w:t>
      </w:r>
      <w:proofErr w:type="spellStart"/>
      <w:r>
        <w:rPr>
          <w:b/>
          <w:color w:val="003366"/>
          <w:sz w:val="22"/>
        </w:rPr>
        <w:t>Dirigente</w:t>
      </w:r>
      <w:proofErr w:type="spellEnd"/>
      <w:r>
        <w:rPr>
          <w:b/>
          <w:color w:val="003366"/>
          <w:sz w:val="22"/>
        </w:rPr>
        <w:t xml:space="preserve"> Scolastico</w:t>
      </w:r>
      <w:r>
        <w:rPr>
          <w:b/>
          <w:color w:val="003366"/>
          <w:sz w:val="22"/>
        </w:rPr>
        <w:br/>
      </w:r>
      <w:proofErr w:type="spellStart"/>
      <w:r>
        <w:rPr>
          <w:b/>
          <w:color w:val="003366"/>
          <w:sz w:val="22"/>
        </w:rPr>
        <w:t>dell’I.C</w:t>
      </w:r>
      <w:proofErr w:type="spellEnd"/>
      <w:r>
        <w:rPr>
          <w:b/>
          <w:color w:val="003366"/>
          <w:sz w:val="22"/>
        </w:rPr>
        <w:t xml:space="preserve">. “Leopardi Parini </w:t>
      </w:r>
      <w:proofErr w:type="spellStart"/>
      <w:r>
        <w:rPr>
          <w:b/>
          <w:color w:val="003366"/>
          <w:sz w:val="22"/>
        </w:rPr>
        <w:t>Rovigliano</w:t>
      </w:r>
      <w:proofErr w:type="spellEnd"/>
      <w:r>
        <w:rPr>
          <w:b/>
          <w:color w:val="003366"/>
          <w:sz w:val="22"/>
        </w:rPr>
        <w:t>” di Torre Annunziata</w:t>
      </w:r>
    </w:p>
    <w:p w14:paraId="6135EB3F" w14:textId="77777777" w:rsidR="00601FC9" w:rsidRDefault="00601FC9" w:rsidP="00601FC9">
      <w:pPr>
        <w:spacing w:before="240" w:after="160"/>
        <w:jc w:val="right"/>
      </w:pPr>
    </w:p>
    <w:p w14:paraId="6CF54644" w14:textId="060740FB" w:rsidR="002E1029" w:rsidRDefault="00000000">
      <w:pPr>
        <w:spacing w:before="80" w:after="240"/>
        <w:jc w:val="center"/>
      </w:pPr>
      <w:r>
        <w:rPr>
          <w:b/>
          <w:color w:val="003366"/>
          <w:sz w:val="24"/>
        </w:rPr>
        <w:t>AUTORIZZAZIONE E LIBERATORIA PER USCITE SUL TERRITORIO</w:t>
      </w:r>
      <w:r>
        <w:rPr>
          <w:b/>
          <w:color w:val="003366"/>
          <w:sz w:val="24"/>
        </w:rPr>
        <w:br/>
        <w:t>ANNO SCOLASTICO 20</w:t>
      </w:r>
      <w:r w:rsidR="00601FC9">
        <w:rPr>
          <w:b/>
          <w:color w:val="003366"/>
          <w:sz w:val="24"/>
        </w:rPr>
        <w:t>___</w:t>
      </w:r>
      <w:r>
        <w:rPr>
          <w:b/>
          <w:color w:val="003366"/>
          <w:sz w:val="24"/>
        </w:rPr>
        <w:t>/20</w:t>
      </w:r>
      <w:r w:rsidR="00601FC9">
        <w:rPr>
          <w:b/>
          <w:color w:val="003366"/>
          <w:sz w:val="24"/>
        </w:rPr>
        <w:t>___</w:t>
      </w:r>
    </w:p>
    <w:p w14:paraId="18959A56" w14:textId="483A551C" w:rsidR="002E1029" w:rsidRDefault="00000000">
      <w:pPr>
        <w:spacing w:after="160" w:line="312" w:lineRule="auto"/>
      </w:pPr>
      <w:r>
        <w:rPr>
          <w:b/>
        </w:rPr>
        <w:t xml:space="preserve">I </w:t>
      </w:r>
      <w:proofErr w:type="spellStart"/>
      <w:r>
        <w:rPr>
          <w:b/>
        </w:rPr>
        <w:t>sottoscritti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 w:rsidR="00372962">
        <w:t>Genitore</w:t>
      </w:r>
      <w:proofErr w:type="spellEnd"/>
      <w:r w:rsidR="00372962">
        <w:t xml:space="preserve"> 1</w:t>
      </w:r>
      <w:r>
        <w:t xml:space="preserve">/ </w:t>
      </w:r>
      <w:proofErr w:type="spellStart"/>
      <w:r>
        <w:t>Tutore</w:t>
      </w:r>
      <w:proofErr w:type="spellEnd"/>
      <w:r>
        <w:t xml:space="preserve"> / </w:t>
      </w:r>
      <w:proofErr w:type="spellStart"/>
      <w:r>
        <w:t>Soggetto</w:t>
      </w:r>
      <w:proofErr w:type="spellEnd"/>
      <w:r>
        <w:t xml:space="preserve"> </w:t>
      </w:r>
      <w:proofErr w:type="spellStart"/>
      <w:r>
        <w:t>affidatario</w:t>
      </w:r>
      <w:proofErr w:type="spellEnd"/>
      <w:r>
        <w:t>:  _____________________________________________________</w:t>
      </w:r>
      <w:r>
        <w:br/>
      </w:r>
      <w:proofErr w:type="spellStart"/>
      <w:r w:rsidR="00372962">
        <w:t>Genitore</w:t>
      </w:r>
      <w:proofErr w:type="spellEnd"/>
      <w:r w:rsidR="00372962">
        <w:t xml:space="preserve"> 2</w:t>
      </w:r>
      <w:r>
        <w:t xml:space="preserve">/ </w:t>
      </w:r>
      <w:proofErr w:type="spellStart"/>
      <w:r>
        <w:t>Tutrice</w:t>
      </w:r>
      <w:proofErr w:type="spellEnd"/>
      <w:r>
        <w:t xml:space="preserve"> / </w:t>
      </w:r>
      <w:proofErr w:type="spellStart"/>
      <w:r>
        <w:t>Soggetto</w:t>
      </w:r>
      <w:proofErr w:type="spellEnd"/>
      <w:r>
        <w:t xml:space="preserve"> </w:t>
      </w:r>
      <w:proofErr w:type="spellStart"/>
      <w:r>
        <w:t>affidatario</w:t>
      </w:r>
      <w:proofErr w:type="spellEnd"/>
      <w:r>
        <w:t>: _____________________________________________________</w:t>
      </w:r>
      <w:r>
        <w:br/>
      </w:r>
      <w:r>
        <w:br/>
        <w:t>genitori e/o tutori o soggetti affidatari dell’alunno/a: __________________________________________</w:t>
      </w:r>
      <w:r>
        <w:br/>
        <w:t>frequentante la scuola:  [  ] INFANZIA   [  ] PRIMARIA   [  ] SECONDARIA I GRADO</w:t>
      </w:r>
      <w:r>
        <w:br/>
        <w:t>Classe: _________  Sez.: _________   Plesso</w:t>
      </w:r>
      <w:proofErr w:type="gramStart"/>
      <w:r>
        <w:t>:  [  ]</w:t>
      </w:r>
      <w:proofErr w:type="gramEnd"/>
      <w:r>
        <w:t xml:space="preserve"> Cavour</w:t>
      </w:r>
      <w:proofErr w:type="gramStart"/>
      <w:r>
        <w:t xml:space="preserve">   [  ]</w:t>
      </w:r>
      <w:proofErr w:type="gramEnd"/>
      <w:r>
        <w:t xml:space="preserve"> Isonzo</w:t>
      </w:r>
      <w:proofErr w:type="gramStart"/>
      <w:r>
        <w:t xml:space="preserve">   [  ]</w:t>
      </w:r>
      <w:proofErr w:type="gramEnd"/>
      <w:r>
        <w:t xml:space="preserve"> Murat</w:t>
      </w:r>
      <w:proofErr w:type="gramStart"/>
      <w:r>
        <w:t xml:space="preserve">   [  ]</w:t>
      </w:r>
      <w:proofErr w:type="gramEnd"/>
      <w:r>
        <w:t xml:space="preserve"> Rovigliano</w:t>
      </w:r>
    </w:p>
    <w:p w14:paraId="3E4EA3FE" w14:textId="77777777" w:rsidR="002E1029" w:rsidRDefault="00000000">
      <w:pPr>
        <w:spacing w:before="160" w:after="160"/>
        <w:jc w:val="center"/>
      </w:pPr>
      <w:r>
        <w:rPr>
          <w:b/>
          <w:color w:val="003366"/>
          <w:sz w:val="24"/>
        </w:rPr>
        <w:t>AUTORIZZANO</w:t>
      </w:r>
    </w:p>
    <w:p w14:paraId="69F61D70" w14:textId="58950D8C" w:rsidR="002E1029" w:rsidRDefault="00000000" w:rsidP="00601FC9">
      <w:pPr>
        <w:spacing w:after="160" w:line="300" w:lineRule="auto"/>
      </w:pPr>
      <w:r>
        <w:t>il/la proprio/a figlio/a a partecipare, per tutto l’anno scolastico 20</w:t>
      </w:r>
      <w:r w:rsidR="00601FC9">
        <w:t>__</w:t>
      </w:r>
      <w:r>
        <w:t>/20</w:t>
      </w:r>
      <w:r w:rsidR="00601FC9">
        <w:t>__</w:t>
      </w:r>
      <w:r>
        <w:t xml:space="preserve">, alle </w:t>
      </w:r>
      <w:proofErr w:type="spellStart"/>
      <w:r>
        <w:t>uscite</w:t>
      </w:r>
      <w:proofErr w:type="spellEnd"/>
      <w:r>
        <w:t xml:space="preserve"> </w:t>
      </w:r>
      <w:proofErr w:type="spellStart"/>
      <w:r>
        <w:t>didattiche</w:t>
      </w:r>
      <w:proofErr w:type="spellEnd"/>
      <w:r>
        <w:t xml:space="preserve"> e </w:t>
      </w:r>
      <w:proofErr w:type="spellStart"/>
      <w:r>
        <w:t>visit</w:t>
      </w:r>
      <w:r w:rsidR="00601FC9">
        <w:t>e</w:t>
      </w:r>
      <w:proofErr w:type="spellEnd"/>
      <w:r>
        <w:t xml:space="preserve"> </w:t>
      </w:r>
      <w:proofErr w:type="spellStart"/>
      <w:r>
        <w:t>guidate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territorio</w:t>
      </w:r>
      <w:proofErr w:type="spellEnd"/>
      <w:r>
        <w:t xml:space="preserve">, con o senza l’uso di mezzi di trasporto, nel centro abitato del Comune di Torre Annunziata e nei Comuni limitrofi, in orario antimeridiano e/o pomeridiano, nonché agli spostamenti tra i vari plessi </w:t>
      </w:r>
      <w:proofErr w:type="spellStart"/>
      <w:r>
        <w:t>dell’Istituto</w:t>
      </w:r>
      <w:proofErr w:type="spellEnd"/>
      <w:r>
        <w:t xml:space="preserve"> per la </w:t>
      </w:r>
      <w:proofErr w:type="spellStart"/>
      <w:r>
        <w:t>realizzazione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manifestazioni</w:t>
      </w:r>
      <w:proofErr w:type="spellEnd"/>
      <w:r w:rsidR="00601FC9">
        <w:t xml:space="preserve"> </w:t>
      </w:r>
      <w:r>
        <w:t xml:space="preserve">e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didattici</w:t>
      </w:r>
      <w:proofErr w:type="spellEnd"/>
      <w:r>
        <w:t>.</w:t>
      </w:r>
      <w:r>
        <w:br/>
      </w:r>
      <w:r>
        <w:br/>
        <w:t>Inoltre, consapevoli che il/la proprio/a figlio/a è tenuto/a ad adottare un comportamento corretto ed adeguato nel rispetto del Regolamento d'Istituto e delle disposizioni impartite dal personale docente, i sottoscritti esonerano le autorità scolastiche da qualsiasi responsabilità derivante da comportamenti inadempienti o difformi dalle regole stabiliti messi in atto dall'alunno/a durante lo svolgimento delle attività esterne.</w:t>
      </w:r>
    </w:p>
    <w:p w14:paraId="21D44D8C" w14:textId="77777777" w:rsidR="002E1029" w:rsidRDefault="00000000">
      <w:pPr>
        <w:spacing w:before="200" w:after="240"/>
      </w:pPr>
      <w:r>
        <w:rPr>
          <w:b/>
        </w:rPr>
        <w:t>Torre Annunziata, lì ________________________</w:t>
      </w:r>
      <w:r>
        <w:rPr>
          <w:b/>
        </w:rPr>
        <w:br/>
      </w:r>
      <w:r>
        <w:rPr>
          <w:b/>
        </w:rPr>
        <w:br/>
      </w:r>
    </w:p>
    <w:p w14:paraId="68AFB100" w14:textId="77777777" w:rsidR="002E1029" w:rsidRDefault="00000000">
      <w:pPr>
        <w:spacing w:after="80"/>
        <w:jc w:val="right"/>
      </w:pPr>
      <w:r>
        <w:rPr>
          <w:i/>
          <w:sz w:val="18"/>
        </w:rPr>
        <w:t>Firma per esteso di entrambi i genitori / tutori (o di chi ne fa le veci)</w:t>
      </w:r>
    </w:p>
    <w:p w14:paraId="37262F3B" w14:textId="77777777" w:rsidR="002E1029" w:rsidRDefault="00000000">
      <w:pPr>
        <w:jc w:val="right"/>
      </w:pPr>
      <w:r>
        <w:t>___________________________________________</w:t>
      </w:r>
      <w:r>
        <w:br/>
      </w:r>
      <w:r>
        <w:br/>
        <w:t>___________________________________________</w:t>
      </w:r>
    </w:p>
    <w:p w14:paraId="4EEEC94B" w14:textId="77777777" w:rsidR="002E1029" w:rsidRDefault="00000000">
      <w:pPr>
        <w:spacing w:before="40" w:after="120"/>
      </w:pPr>
      <w:r>
        <w:rPr>
          <w:color w:val="AAAAAA"/>
        </w:rPr>
        <w:t>----------------------------------------------------------------------------------------------------------------------------------</w:t>
      </w:r>
    </w:p>
    <w:p w14:paraId="39AD1A70" w14:textId="77777777" w:rsidR="002E1029" w:rsidRDefault="00000000">
      <w:pPr>
        <w:spacing w:after="80"/>
      </w:pPr>
      <w:r>
        <w:rPr>
          <w:b/>
          <w:color w:val="003366"/>
          <w:sz w:val="19"/>
        </w:rPr>
        <w:t>DISPOSIZIONI IN CASO DI SOTTOSCRIZIONE DA PARTE DI UN SOLO GENITORE</w:t>
      </w:r>
    </w:p>
    <w:p w14:paraId="40DC0C82" w14:textId="77777777" w:rsidR="002E1029" w:rsidRDefault="00000000">
      <w:pPr>
        <w:spacing w:after="80"/>
      </w:pPr>
      <w:r>
        <w:rPr>
          <w:color w:val="444444"/>
          <w:sz w:val="17"/>
        </w:rPr>
        <w:t xml:space="preserve">[  ] A. Nel caso di genitori separati/divorziati con affidamento condiviso, poiché l'esercizio della responsabilità genitoriale richiede il consenso di entrambi i genitori per le decisioni di maggiore interesse per i figli (artt. 316 e 337-ter c.c., come modificati dal D.Lgs. 154/2013), ciascun genitore </w:t>
      </w:r>
      <w:r>
        <w:rPr>
          <w:color w:val="444444"/>
          <w:sz w:val="17"/>
        </w:rPr>
        <w:lastRenderedPageBreak/>
        <w:t>dovrà sottoscrivere il presente modulo.</w:t>
      </w:r>
      <w:r>
        <w:rPr>
          <w:color w:val="444444"/>
          <w:sz w:val="17"/>
        </w:rPr>
        <w:br/>
        <w:t>[  ] B. Nel caso in cui il modello sia sottoscritto da uno solo dei genitori, occorre sottoscrivere la seguente dichiarazione sostitutiva ai sensi del D.P.R. 445/2000:</w:t>
      </w:r>
      <w:r>
        <w:rPr>
          <w:color w:val="444444"/>
          <w:sz w:val="17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70"/>
      </w:tblGrid>
      <w:tr w:rsidR="002E1029" w14:paraId="1A131392" w14:textId="77777777">
        <w:trPr>
          <w:jc w:val="center"/>
        </w:trPr>
        <w:tc>
          <w:tcPr>
            <w:tcW w:w="100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9F6"/>
          </w:tcPr>
          <w:p w14:paraId="54D8BE8D" w14:textId="77777777" w:rsidR="002E1029" w:rsidRDefault="00000000">
            <w:pPr>
              <w:spacing w:before="60" w:after="60"/>
            </w:pPr>
            <w:r>
              <w:rPr>
                <w:i/>
                <w:sz w:val="17"/>
              </w:rPr>
              <w:t>«Il sottoscritto, consapevole delle conseguenze civili, amministrative e penali previste dall’art. 76 del D.P.R. 28 dicembre 2000, n. 445 per chi rilascia dichiarazioni mendaci e formazione o uso di atti falsi, dichiara sotto la propria responsabilità di aver effettuato la presente richiesta/autorizzazione in osservanza delle disposizioni sulla responsabilità genitoriale di cui agli artt. 316, 337-ter e 337-quater del Codice Civile, che richiedono il consenso di entrambi i genitori.»</w:t>
            </w:r>
          </w:p>
        </w:tc>
      </w:tr>
    </w:tbl>
    <w:p w14:paraId="68E2948A" w14:textId="77777777" w:rsidR="002E1029" w:rsidRDefault="00000000">
      <w:pPr>
        <w:spacing w:before="120" w:after="160"/>
        <w:jc w:val="right"/>
      </w:pPr>
      <w:r>
        <w:rPr>
          <w:sz w:val="18"/>
        </w:rPr>
        <w:t>Firma del genitore / dichiarante: __________________________________________</w:t>
      </w:r>
    </w:p>
    <w:p w14:paraId="57695D6E" w14:textId="77777777" w:rsidR="002E1029" w:rsidRDefault="00000000">
      <w:pPr>
        <w:spacing w:before="120" w:after="60"/>
      </w:pPr>
      <w:r>
        <w:rPr>
          <w:b/>
          <w:color w:val="003366"/>
          <w:sz w:val="18"/>
        </w:rPr>
        <w:t>INFORMATIVA E CONSENSO AL TRATTAMENTO DEI DATI PERSONALI (GDPR UE 2016/679)</w:t>
      </w:r>
    </w:p>
    <w:p w14:paraId="00322300" w14:textId="77777777" w:rsidR="002E1029" w:rsidRDefault="00000000">
      <w:pPr>
        <w:spacing w:after="120" w:line="264" w:lineRule="auto"/>
        <w:jc w:val="both"/>
      </w:pPr>
      <w:r>
        <w:rPr>
          <w:color w:val="444444"/>
          <w:sz w:val="16"/>
        </w:rPr>
        <w:t>Ai sensi dell’art. 13 del Regolamento UE 2016/679 (GDPR) e del D.Lgs. 196/2003 e s.m.i. (Codice in materia di protezione dei dati personali, come modificato dal D.Lgs. 101/2018), i dati personali forniti con il presente modulo saranno trattati dall'Istituzione Scolastica, in qualità di Titolare del trattamento, con strumenti manuali e informatici per le sole finalità istituzionali e strettamente connesse alla gestione dell'uscita didattica. L'interessato può esercitare in qualsiasi momento i diritti previsti dagli artt. 15 e ss. del Regolamento UE 679/2016 (accesso, rettifica, cancellazione, limitazione al trattamento).</w:t>
      </w:r>
    </w:p>
    <w:p w14:paraId="1E7568E8" w14:textId="77777777" w:rsidR="002E1029" w:rsidRDefault="00000000">
      <w:pPr>
        <w:spacing w:after="80"/>
      </w:pPr>
      <w:r>
        <w:rPr>
          <w:b/>
          <w:sz w:val="18"/>
        </w:rPr>
        <w:t>☐ PRESTO IL CONSENSO            ☐ NEGO IL CONSENSO</w:t>
      </w:r>
    </w:p>
    <w:sectPr w:rsidR="002E1029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8793819">
    <w:abstractNumId w:val="8"/>
  </w:num>
  <w:num w:numId="2" w16cid:durableId="1890532184">
    <w:abstractNumId w:val="6"/>
  </w:num>
  <w:num w:numId="3" w16cid:durableId="1300843802">
    <w:abstractNumId w:val="5"/>
  </w:num>
  <w:num w:numId="4" w16cid:durableId="285166696">
    <w:abstractNumId w:val="4"/>
  </w:num>
  <w:num w:numId="5" w16cid:durableId="458841369">
    <w:abstractNumId w:val="7"/>
  </w:num>
  <w:num w:numId="6" w16cid:durableId="2142990795">
    <w:abstractNumId w:val="3"/>
  </w:num>
  <w:num w:numId="7" w16cid:durableId="550970168">
    <w:abstractNumId w:val="2"/>
  </w:num>
  <w:num w:numId="8" w16cid:durableId="854463782">
    <w:abstractNumId w:val="1"/>
  </w:num>
  <w:num w:numId="9" w16cid:durableId="159909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1029"/>
    <w:rsid w:val="00326F90"/>
    <w:rsid w:val="00372962"/>
    <w:rsid w:val="005A6BA0"/>
    <w:rsid w:val="00601FC9"/>
    <w:rsid w:val="00AA1D8D"/>
    <w:rsid w:val="00B47730"/>
    <w:rsid w:val="00BC0B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D51C3"/>
  <w14:defaultImageDpi w14:val="300"/>
  <w15:docId w15:val="{D9760238-463B-4D80-93B8-756FD718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</cp:lastModifiedBy>
  <cp:revision>2</cp:revision>
  <dcterms:created xsi:type="dcterms:W3CDTF">2026-09-24T12:15:00Z</dcterms:created>
  <dcterms:modified xsi:type="dcterms:W3CDTF">2026-09-24T12:15:00Z</dcterms:modified>
  <cp:category/>
</cp:coreProperties>
</file>