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0"/>
      </w:tblGrid>
      <w:tr w:rsidR="00CC19A5" w14:paraId="287FB30E" w14:textId="77777777">
        <w:trPr>
          <w:jc w:val="center"/>
        </w:trPr>
        <w:tc>
          <w:tcPr>
            <w:tcW w:w="9936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2F4F7"/>
          </w:tcPr>
          <w:p w14:paraId="60549908" w14:textId="77777777" w:rsidR="00CC19A5" w:rsidRDefault="00000000">
            <w:pPr>
              <w:jc w:val="center"/>
            </w:pPr>
            <w:r>
              <w:rPr>
                <w:rFonts w:ascii="Arial" w:hAnsi="Arial"/>
                <w:b/>
                <w:color w:val="003366"/>
              </w:rPr>
              <w:t>MINISTERO DELL'ISTRUZIONE E DEL MERITO</w:t>
            </w:r>
            <w:r>
              <w:rPr>
                <w:rFonts w:ascii="Arial" w:hAnsi="Arial"/>
                <w:b/>
                <w:color w:val="003366"/>
              </w:rPr>
              <w:br/>
            </w:r>
            <w:r>
              <w:rPr>
                <w:rFonts w:ascii="Arial" w:hAnsi="Arial"/>
                <w:i/>
                <w:color w:val="333333"/>
                <w:sz w:val="19"/>
              </w:rPr>
              <w:t>Unità di missione del Piano nazionale di ripresa e resilienza</w:t>
            </w:r>
            <w:r>
              <w:rPr>
                <w:rFonts w:ascii="Arial" w:hAnsi="Arial"/>
                <w:i/>
                <w:color w:val="333333"/>
                <w:sz w:val="19"/>
              </w:rPr>
              <w:br/>
            </w:r>
            <w:r>
              <w:rPr>
                <w:rFonts w:ascii="Arial" w:hAnsi="Arial"/>
                <w:b/>
                <w:color w:val="003366"/>
                <w:sz w:val="18"/>
              </w:rPr>
              <w:t>Programma Operativo Complementare (POC) "Per la Scuola – Competenze e ambienti per l'apprendimento" 2014-2020</w:t>
            </w:r>
            <w:r>
              <w:rPr>
                <w:rFonts w:ascii="Arial" w:hAnsi="Arial"/>
                <w:b/>
                <w:color w:val="003366"/>
                <w:sz w:val="18"/>
              </w:rPr>
              <w:br/>
            </w:r>
            <w:r>
              <w:rPr>
                <w:rFonts w:ascii="Arial" w:hAnsi="Arial"/>
                <w:color w:val="646464"/>
                <w:sz w:val="17"/>
              </w:rPr>
              <w:t>Finanziato con il Fondo di Rotazione (FdR) – Asse I – Obiettivo Specifico 10.8 – Azione 10.8.6A</w:t>
            </w:r>
          </w:p>
        </w:tc>
      </w:tr>
    </w:tbl>
    <w:p w14:paraId="4604F02F" w14:textId="77777777" w:rsidR="00CC19A5" w:rsidRDefault="00CC19A5"/>
    <w:p w14:paraId="467F1B95" w14:textId="77777777" w:rsidR="00CC19A5" w:rsidRDefault="00000000">
      <w:pPr>
        <w:jc w:val="center"/>
      </w:pPr>
      <w:r>
        <w:rPr>
          <w:rFonts w:ascii="Arial" w:hAnsi="Arial"/>
          <w:b/>
          <w:color w:val="003366"/>
          <w:sz w:val="24"/>
        </w:rPr>
        <w:t>ISTITUTO COMPRENSIVO STATALE "NAIC8FY007"</w:t>
      </w:r>
      <w:r>
        <w:rPr>
          <w:rFonts w:ascii="Arial" w:hAnsi="Arial"/>
          <w:b/>
          <w:color w:val="003366"/>
          <w:sz w:val="24"/>
        </w:rPr>
        <w:br/>
      </w:r>
      <w:r>
        <w:rPr>
          <w:rFonts w:ascii="Arial" w:hAnsi="Arial"/>
          <w:color w:val="505050"/>
          <w:sz w:val="18"/>
        </w:rPr>
        <w:t>Codice Meccanografico: NAIC8FY007 — Codice Fiscale / P.IVA: [Inserire C.F. Scuola]</w:t>
      </w:r>
      <w:r>
        <w:rPr>
          <w:rFonts w:ascii="Arial" w:hAnsi="Arial"/>
          <w:color w:val="505050"/>
          <w:sz w:val="18"/>
        </w:rPr>
        <w:br/>
        <w:t>Sede Legale / Amministrativa: [Inserire Indirizzo Scuola]</w:t>
      </w:r>
      <w:r>
        <w:rPr>
          <w:rFonts w:ascii="Arial" w:hAnsi="Arial"/>
          <w:color w:val="505050"/>
          <w:sz w:val="18"/>
        </w:rPr>
        <w:br/>
        <w:t>PEC: NAIC8FY007@pec.istruzione.it — Email: NAIC8FY007@istruzione.it</w:t>
      </w:r>
    </w:p>
    <w:p w14:paraId="1551FB2C" w14:textId="77777777" w:rsidR="00CC19A5" w:rsidRDefault="00CC19A5"/>
    <w:p w14:paraId="051D8AE0" w14:textId="77777777" w:rsidR="00CC19A5" w:rsidRDefault="00000000">
      <w:pPr>
        <w:jc w:val="center"/>
      </w:pPr>
      <w:r>
        <w:rPr>
          <w:rFonts w:ascii="Arial" w:hAnsi="Arial"/>
          <w:b/>
          <w:color w:val="003366"/>
          <w:sz w:val="24"/>
        </w:rPr>
        <w:t>ALLEGATO A – DOMANDA DI PARTECIPAZIONE E DICHIARAZIONE SOSTITUTIVA</w:t>
      </w:r>
      <w:r>
        <w:rPr>
          <w:rFonts w:ascii="Arial" w:hAnsi="Arial"/>
          <w:b/>
          <w:color w:val="003366"/>
          <w:sz w:val="24"/>
        </w:rPr>
        <w:br/>
        <w:t>PER LA FIGURA DI VERIFICATORE (EX COLLAUDATORE)</w:t>
      </w:r>
    </w:p>
    <w:p w14:paraId="59655637" w14:textId="77777777" w:rsidR="00CC19A5" w:rsidRDefault="00000000">
      <w:pPr>
        <w:spacing w:before="200" w:after="300"/>
        <w:jc w:val="right"/>
      </w:pPr>
      <w:r>
        <w:rPr>
          <w:rFonts w:ascii="Arial" w:hAnsi="Arial"/>
          <w:b/>
          <w:sz w:val="21"/>
        </w:rPr>
        <w:t>Al Dirigente Scolastico</w:t>
      </w:r>
      <w:r>
        <w:rPr>
          <w:rFonts w:ascii="Arial" w:hAnsi="Arial"/>
          <w:b/>
          <w:sz w:val="21"/>
        </w:rPr>
        <w:br/>
        <w:t>dell'I.C.S. NAIC8FY007</w:t>
      </w:r>
    </w:p>
    <w:p w14:paraId="1FA96794" w14:textId="77777777" w:rsidR="00CC19A5" w:rsidRDefault="00000000">
      <w:pPr>
        <w:spacing w:before="200" w:after="80"/>
      </w:pPr>
      <w:r>
        <w:rPr>
          <w:rFonts w:ascii="Arial" w:hAnsi="Arial"/>
          <w:b/>
          <w:color w:val="003366"/>
          <w:sz w:val="21"/>
        </w:rPr>
        <w:t>1. DATI ANAGRAFICI DEL CANDIDATO</w:t>
      </w:r>
    </w:p>
    <w:p w14:paraId="40F76C50" w14:textId="22B0BEFD" w:rsidR="00CC19A5" w:rsidRDefault="00000000">
      <w:pPr>
        <w:spacing w:after="80"/>
      </w:pPr>
      <w:r>
        <w:rPr>
          <w:rFonts w:ascii="Arial" w:hAnsi="Arial"/>
          <w:sz w:val="20"/>
        </w:rPr>
        <w:t>Il/La sottoscritto/a _____________________________________________________________________</w:t>
      </w:r>
      <w:r>
        <w:rPr>
          <w:rFonts w:ascii="Arial" w:hAnsi="Arial"/>
          <w:sz w:val="20"/>
        </w:rPr>
        <w:br/>
        <w:t>Nato/a a _______________________________________ (Prov. _____) il ____/____/________</w:t>
      </w:r>
      <w:r>
        <w:rPr>
          <w:rFonts w:ascii="Arial" w:hAnsi="Arial"/>
          <w:sz w:val="20"/>
        </w:rPr>
        <w:br/>
        <w:t>Codice Fiscale _________________________________________________________________________</w:t>
      </w:r>
      <w:r>
        <w:rPr>
          <w:rFonts w:ascii="Arial" w:hAnsi="Arial"/>
          <w:sz w:val="20"/>
        </w:rPr>
        <w:br/>
        <w:t>Residente a ____________________________________ (Prov. _____) CAP _____________________</w:t>
      </w:r>
      <w:r>
        <w:rPr>
          <w:rFonts w:ascii="Arial" w:hAnsi="Arial"/>
          <w:sz w:val="20"/>
        </w:rPr>
        <w:br/>
        <w:t>Indirizzo _______________________________________________________ n. ___________________</w:t>
      </w:r>
      <w:r>
        <w:rPr>
          <w:rFonts w:ascii="Arial" w:hAnsi="Arial"/>
          <w:sz w:val="20"/>
        </w:rPr>
        <w:br/>
        <w:t>Telefono / Cellulare _______________________ E-mail ___________________________________</w:t>
      </w:r>
      <w:r>
        <w:rPr>
          <w:rFonts w:ascii="Arial" w:hAnsi="Arial"/>
          <w:sz w:val="20"/>
        </w:rPr>
        <w:br/>
        <w:t>PEC ___________________________________________________________________________________</w:t>
      </w:r>
      <w:r>
        <w:rPr>
          <w:rFonts w:ascii="Arial" w:hAnsi="Arial"/>
          <w:sz w:val="20"/>
        </w:rPr>
        <w:br/>
        <w:t xml:space="preserve">In servizio presso l'I.C.S. NAIC8FY007 in qualità di: [  ] Docente   </w:t>
      </w:r>
      <w:r w:rsidR="00381D86">
        <w:rPr>
          <w:rFonts w:ascii="Arial" w:hAnsi="Arial"/>
          <w:sz w:val="20"/>
        </w:rPr>
        <w:t>_________________</w:t>
      </w:r>
      <w:r>
        <w:rPr>
          <w:rFonts w:ascii="Arial" w:hAnsi="Arial"/>
          <w:sz w:val="20"/>
        </w:rPr>
        <w:br/>
        <w:t>Con contratto a tempo: [  ] Indeterminato   [  ] Determinato fino al ____/____/________</w:t>
      </w:r>
    </w:p>
    <w:p w14:paraId="6F0300D7" w14:textId="77777777" w:rsidR="00CC19A5" w:rsidRDefault="00000000">
      <w:pPr>
        <w:spacing w:before="200" w:after="80"/>
      </w:pPr>
      <w:r>
        <w:rPr>
          <w:rFonts w:ascii="Arial" w:hAnsi="Arial"/>
          <w:b/>
          <w:color w:val="003366"/>
          <w:sz w:val="21"/>
        </w:rPr>
        <w:t>2. CHIESTA DI PARTECIPAZIONE</w:t>
      </w:r>
    </w:p>
    <w:p w14:paraId="614438C1" w14:textId="77777777" w:rsidR="00CC19A5" w:rsidRDefault="00000000">
      <w:pPr>
        <w:spacing w:after="80"/>
      </w:pPr>
      <w:r>
        <w:rPr>
          <w:rFonts w:ascii="Arial" w:hAnsi="Arial"/>
          <w:sz w:val="20"/>
        </w:rPr>
        <w:t>CHIEDE</w:t>
      </w:r>
      <w:r>
        <w:rPr>
          <w:rFonts w:ascii="Arial" w:hAnsi="Arial"/>
          <w:sz w:val="20"/>
        </w:rPr>
        <w:br/>
        <w:t>di essere ammesso/a alla procedura di selezione interna per l'affidamento dell'incarico di VERIFICATORE (ex Collaudatore) nell'ambito del progetto:</w:t>
      </w:r>
      <w:r>
        <w:rPr>
          <w:rFonts w:ascii="Arial" w:hAnsi="Arial"/>
          <w:sz w:val="20"/>
        </w:rPr>
        <w:br/>
        <w:t>• Codice Progetto: 10.8.6A-FDRPOC-CA-2026-231</w:t>
      </w:r>
      <w:r>
        <w:rPr>
          <w:rFonts w:ascii="Arial" w:hAnsi="Arial"/>
          <w:sz w:val="20"/>
        </w:rPr>
        <w:br/>
        <w:t>• Codice CUP: D44D26001340007</w:t>
      </w:r>
      <w:r>
        <w:rPr>
          <w:rFonts w:ascii="Arial" w:hAnsi="Arial"/>
          <w:sz w:val="20"/>
        </w:rPr>
        <w:br/>
        <w:t>• Avviso Ministeriale: Prot. 94540 del 24/04/2026 – "Acquisto di tablet, PC, dispositivi digitali, libri e sussidi didattici da concedere in comodato d'uso al personale della scuola"</w:t>
      </w:r>
      <w:r>
        <w:rPr>
          <w:rFonts w:ascii="Arial" w:hAnsi="Arial"/>
          <w:sz w:val="20"/>
        </w:rPr>
        <w:br/>
        <w:t>• Compenso previsto: € 561,70 (Lordo Stato) a valere sulle Spese Generali del Progetto.</w:t>
      </w:r>
    </w:p>
    <w:p w14:paraId="11423FAC" w14:textId="77777777" w:rsidR="00CC19A5" w:rsidRDefault="00000000">
      <w:pPr>
        <w:spacing w:before="200" w:after="80"/>
      </w:pPr>
      <w:r>
        <w:rPr>
          <w:rFonts w:ascii="Arial" w:hAnsi="Arial"/>
          <w:b/>
          <w:color w:val="003366"/>
          <w:sz w:val="21"/>
        </w:rPr>
        <w:t>3. DICHIARAZIONI RESE AI SENSI DEGLI ARTT. 46 E 47 DEL D.P.R. N. 445/2000</w:t>
      </w:r>
    </w:p>
    <w:p w14:paraId="3591711E" w14:textId="77777777" w:rsidR="00CC19A5" w:rsidRDefault="00000000">
      <w:pPr>
        <w:spacing w:after="80"/>
      </w:pPr>
      <w:r>
        <w:rPr>
          <w:rFonts w:ascii="Arial" w:hAnsi="Arial"/>
          <w:sz w:val="20"/>
        </w:rPr>
        <w:t>A tal fine, consapevole delle sanzioni penali previste dall'art. 76 del D.P.R. 28/12/2000 n. 445 per le ipotesi di falsità in atti e dichiarazioni mendaci, DICHIARA sotto la propria responsabilità: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br/>
        <w:t>1. Di essere in possesso della cittadinanza italiana o di uno degli Stati membri dell'Unione Europea;</w:t>
      </w:r>
      <w:r>
        <w:rPr>
          <w:rFonts w:ascii="Arial" w:hAnsi="Arial"/>
          <w:sz w:val="20"/>
        </w:rPr>
        <w:br/>
        <w:t>2. Di godere dei diritti civili e politici;</w:t>
      </w:r>
      <w:r>
        <w:rPr>
          <w:rFonts w:ascii="Arial" w:hAnsi="Arial"/>
          <w:sz w:val="20"/>
        </w:rPr>
        <w:br/>
        <w:t>3. Di non aver riportato condanne penali e di non avere procedimenti penali pendenti a proprio carico;</w:t>
      </w:r>
      <w:r>
        <w:rPr>
          <w:rFonts w:ascii="Arial" w:hAnsi="Arial"/>
          <w:sz w:val="20"/>
        </w:rPr>
        <w:br/>
        <w:t>4. Di essere in servizio presso questa Istituzione Scolastica per l'A.S. corrente;</w:t>
      </w:r>
      <w:r>
        <w:rPr>
          <w:rFonts w:ascii="Arial" w:hAnsi="Arial"/>
          <w:sz w:val="20"/>
        </w:rPr>
        <w:br/>
        <w:t xml:space="preserve">5. Di possedere le competenze informatico-tecniche necessarie per lo svolgimento dell'incarico di collaudo e </w:t>
      </w:r>
      <w:r>
        <w:rPr>
          <w:rFonts w:ascii="Arial" w:hAnsi="Arial"/>
          <w:sz w:val="20"/>
        </w:rPr>
        <w:lastRenderedPageBreak/>
        <w:t>verifica di conformità delle attrezzature digitali ed informatiche;</w:t>
      </w:r>
      <w:r>
        <w:rPr>
          <w:rFonts w:ascii="Arial" w:hAnsi="Arial"/>
          <w:sz w:val="20"/>
        </w:rPr>
        <w:br/>
        <w:t>6. Di non trovarsi in alcuna situazione di incompatibilità o di conflitto di interessi, anche potenziale, con il ruolo di Verificatore/Collaudatore oggetto della presente selezione;</w:t>
      </w:r>
      <w:r>
        <w:rPr>
          <w:rFonts w:ascii="Arial" w:hAnsi="Arial"/>
          <w:sz w:val="20"/>
        </w:rPr>
        <w:br/>
        <w:t>7. Di impegnarsi a svolgere l'incarico senza riserva secondo il calendario e i tempi definiti dall'Istituzione Scolastica, garantendo il completamento delle attività entro il termine perentorio del 15 ottobre 2026;</w:t>
      </w:r>
      <w:r>
        <w:rPr>
          <w:rFonts w:ascii="Arial" w:hAnsi="Arial"/>
          <w:sz w:val="20"/>
        </w:rPr>
        <w:br/>
        <w:t>8. Di accettare incondizionatamente tutte le norme e condizioni previste dall'Avviso di selezione.</w:t>
      </w:r>
    </w:p>
    <w:p w14:paraId="27AD5841" w14:textId="77777777" w:rsidR="00CC19A5" w:rsidRDefault="00000000">
      <w:pPr>
        <w:spacing w:before="200" w:after="80"/>
      </w:pPr>
      <w:r>
        <w:rPr>
          <w:rFonts w:ascii="Arial" w:hAnsi="Arial"/>
          <w:b/>
          <w:color w:val="003366"/>
          <w:sz w:val="21"/>
        </w:rPr>
        <w:t>4. TABELLA DI AUTOVALUTAZIONE DEI TITOLI ED ESPERIENZE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48"/>
        <w:gridCol w:w="1728"/>
        <w:gridCol w:w="2160"/>
      </w:tblGrid>
      <w:tr w:rsidR="00CC19A5" w14:paraId="6DDBFA94" w14:textId="77777777">
        <w:trPr>
          <w:jc w:val="center"/>
        </w:trPr>
        <w:tc>
          <w:tcPr>
            <w:tcW w:w="6048" w:type="dxa"/>
            <w:shd w:val="clear" w:color="auto" w:fill="003366"/>
          </w:tcPr>
          <w:p w14:paraId="401F6C9C" w14:textId="77777777" w:rsidR="00CC19A5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Criteri di Valutazione (ex Art. 5 dell'Avviso)</w:t>
            </w:r>
          </w:p>
        </w:tc>
        <w:tc>
          <w:tcPr>
            <w:tcW w:w="1728" w:type="dxa"/>
            <w:shd w:val="clear" w:color="auto" w:fill="003366"/>
          </w:tcPr>
          <w:p w14:paraId="109682F4" w14:textId="77777777" w:rsidR="00CC19A5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Punteggio Max</w:t>
            </w:r>
          </w:p>
        </w:tc>
        <w:tc>
          <w:tcPr>
            <w:tcW w:w="2160" w:type="dxa"/>
            <w:shd w:val="clear" w:color="auto" w:fill="003366"/>
          </w:tcPr>
          <w:p w14:paraId="792A7BCA" w14:textId="77777777" w:rsidR="00CC19A5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Punteggio Dichiarato</w:t>
            </w:r>
          </w:p>
        </w:tc>
      </w:tr>
      <w:tr w:rsidR="00CC19A5" w14:paraId="41E55EC6" w14:textId="77777777">
        <w:trPr>
          <w:jc w:val="center"/>
        </w:trPr>
        <w:tc>
          <w:tcPr>
            <w:tcW w:w="6048" w:type="dxa"/>
          </w:tcPr>
          <w:p w14:paraId="2B28E5E5" w14:textId="77777777" w:rsidR="00CC19A5" w:rsidRDefault="00000000">
            <w:r>
              <w:rPr>
                <w:rFonts w:ascii="Arial" w:hAnsi="Arial"/>
                <w:sz w:val="18"/>
              </w:rPr>
              <w:t>1. Laurea in Informatica, Ingegneria o discipline STEM/scientifiche</w:t>
            </w:r>
          </w:p>
        </w:tc>
        <w:tc>
          <w:tcPr>
            <w:tcW w:w="1728" w:type="dxa"/>
          </w:tcPr>
          <w:p w14:paraId="5B084BD8" w14:textId="03717149" w:rsidR="00CC19A5" w:rsidRDefault="00381D86">
            <w:pPr>
              <w:jc w:val="center"/>
            </w:pPr>
            <w:proofErr w:type="gramStart"/>
            <w:r>
              <w:rPr>
                <w:rFonts w:ascii="Arial" w:hAnsi="Arial"/>
                <w:sz w:val="18"/>
              </w:rPr>
              <w:t xml:space="preserve">5 </w:t>
            </w:r>
            <w:r w:rsidR="00000000">
              <w:rPr>
                <w:rFonts w:ascii="Arial" w:hAnsi="Arial"/>
                <w:sz w:val="18"/>
              </w:rPr>
              <w:t xml:space="preserve"> punti</w:t>
            </w:r>
            <w:proofErr w:type="gramEnd"/>
          </w:p>
        </w:tc>
        <w:tc>
          <w:tcPr>
            <w:tcW w:w="2160" w:type="dxa"/>
          </w:tcPr>
          <w:p w14:paraId="68528C83" w14:textId="77777777" w:rsidR="00CC19A5" w:rsidRDefault="00CC19A5">
            <w:pPr>
              <w:jc w:val="center"/>
            </w:pPr>
          </w:p>
        </w:tc>
      </w:tr>
      <w:tr w:rsidR="00CC19A5" w14:paraId="311063D1" w14:textId="77777777">
        <w:trPr>
          <w:jc w:val="center"/>
        </w:trPr>
        <w:tc>
          <w:tcPr>
            <w:tcW w:w="6048" w:type="dxa"/>
          </w:tcPr>
          <w:p w14:paraId="17719BF6" w14:textId="77777777" w:rsidR="00CC19A5" w:rsidRDefault="00000000">
            <w:r>
              <w:rPr>
                <w:rFonts w:ascii="Arial" w:hAnsi="Arial"/>
                <w:sz w:val="18"/>
              </w:rPr>
              <w:t>2. Certificazioni informatiche riconosciute (EIPASS, ECDL/ICDL, Pekit, Microsoft, Cisco) - 2 pt per certificazione</w:t>
            </w:r>
          </w:p>
        </w:tc>
        <w:tc>
          <w:tcPr>
            <w:tcW w:w="1728" w:type="dxa"/>
          </w:tcPr>
          <w:p w14:paraId="7C78F186" w14:textId="77777777" w:rsidR="00CC19A5" w:rsidRDefault="00000000">
            <w:pPr>
              <w:jc w:val="center"/>
            </w:pPr>
            <w:r>
              <w:rPr>
                <w:rFonts w:ascii="Arial" w:hAnsi="Arial"/>
                <w:sz w:val="18"/>
              </w:rPr>
              <w:t>Max 10 punti</w:t>
            </w:r>
          </w:p>
        </w:tc>
        <w:tc>
          <w:tcPr>
            <w:tcW w:w="2160" w:type="dxa"/>
          </w:tcPr>
          <w:p w14:paraId="46D6949F" w14:textId="77777777" w:rsidR="00CC19A5" w:rsidRDefault="00CC19A5">
            <w:pPr>
              <w:jc w:val="center"/>
            </w:pPr>
          </w:p>
        </w:tc>
      </w:tr>
      <w:tr w:rsidR="00CC19A5" w14:paraId="791B3787" w14:textId="77777777">
        <w:trPr>
          <w:jc w:val="center"/>
        </w:trPr>
        <w:tc>
          <w:tcPr>
            <w:tcW w:w="6048" w:type="dxa"/>
          </w:tcPr>
          <w:p w14:paraId="5CD20A69" w14:textId="77777777" w:rsidR="00CC19A5" w:rsidRDefault="00000000">
            <w:r>
              <w:rPr>
                <w:rFonts w:ascii="Arial" w:hAnsi="Arial"/>
                <w:sz w:val="18"/>
              </w:rPr>
              <w:t>3. Precedenti incarichi di Collaudatore / Verificatore in progetti PON/POC/PNRR - 3 pt per incarico</w:t>
            </w:r>
          </w:p>
        </w:tc>
        <w:tc>
          <w:tcPr>
            <w:tcW w:w="1728" w:type="dxa"/>
          </w:tcPr>
          <w:p w14:paraId="00E654E9" w14:textId="77777777" w:rsidR="00CC19A5" w:rsidRDefault="00000000">
            <w:pPr>
              <w:jc w:val="center"/>
            </w:pPr>
            <w:r>
              <w:rPr>
                <w:rFonts w:ascii="Arial" w:hAnsi="Arial"/>
                <w:sz w:val="18"/>
              </w:rPr>
              <w:t>Max 15 punti</w:t>
            </w:r>
          </w:p>
        </w:tc>
        <w:tc>
          <w:tcPr>
            <w:tcW w:w="2160" w:type="dxa"/>
          </w:tcPr>
          <w:p w14:paraId="1F541E4D" w14:textId="77777777" w:rsidR="00CC19A5" w:rsidRDefault="00CC19A5">
            <w:pPr>
              <w:jc w:val="center"/>
            </w:pPr>
          </w:p>
        </w:tc>
      </w:tr>
      <w:tr w:rsidR="00CC19A5" w14:paraId="3C66478C" w14:textId="77777777">
        <w:trPr>
          <w:jc w:val="center"/>
        </w:trPr>
        <w:tc>
          <w:tcPr>
            <w:tcW w:w="6048" w:type="dxa"/>
          </w:tcPr>
          <w:p w14:paraId="387FB80D" w14:textId="77777777" w:rsidR="00CC19A5" w:rsidRDefault="0000000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4. </w:t>
            </w:r>
            <w:proofErr w:type="spellStart"/>
            <w:r w:rsidR="00381D86">
              <w:rPr>
                <w:rFonts w:ascii="Arial" w:hAnsi="Arial"/>
                <w:sz w:val="18"/>
              </w:rPr>
              <w:t>Incarico</w:t>
            </w:r>
            <w:proofErr w:type="spellEnd"/>
            <w:r w:rsidR="00381D86">
              <w:rPr>
                <w:rFonts w:ascii="Arial" w:hAnsi="Arial"/>
                <w:sz w:val="18"/>
              </w:rPr>
              <w:t xml:space="preserve"> di </w:t>
            </w:r>
            <w:proofErr w:type="spellStart"/>
            <w:r w:rsidR="00381D86">
              <w:rPr>
                <w:rFonts w:ascii="Arial" w:hAnsi="Arial"/>
                <w:sz w:val="18"/>
              </w:rPr>
              <w:t>Animatore</w:t>
            </w:r>
            <w:proofErr w:type="spellEnd"/>
            <w:r w:rsidR="00381D86">
              <w:rPr>
                <w:rFonts w:ascii="Arial" w:hAnsi="Arial"/>
                <w:sz w:val="18"/>
              </w:rPr>
              <w:t xml:space="preserve"> </w:t>
            </w:r>
            <w:proofErr w:type="spellStart"/>
            <w:r w:rsidR="00381D86">
              <w:rPr>
                <w:rFonts w:ascii="Arial" w:hAnsi="Arial"/>
                <w:sz w:val="18"/>
              </w:rPr>
              <w:t>Digitale</w:t>
            </w:r>
            <w:proofErr w:type="spellEnd"/>
            <w:r w:rsidR="00381D86">
              <w:rPr>
                <w:rFonts w:ascii="Arial" w:hAnsi="Arial"/>
                <w:sz w:val="18"/>
              </w:rPr>
              <w:t xml:space="preserve"> in </w:t>
            </w:r>
            <w:proofErr w:type="spellStart"/>
            <w:r w:rsidR="00381D86">
              <w:rPr>
                <w:rFonts w:ascii="Arial" w:hAnsi="Arial"/>
                <w:sz w:val="18"/>
              </w:rPr>
              <w:t>ambito</w:t>
            </w:r>
            <w:proofErr w:type="spellEnd"/>
            <w:r w:rsidR="00381D86">
              <w:rPr>
                <w:rFonts w:ascii="Arial" w:hAnsi="Arial"/>
                <w:sz w:val="18"/>
              </w:rPr>
              <w:t xml:space="preserve"> </w:t>
            </w:r>
            <w:proofErr w:type="spellStart"/>
            <w:r w:rsidR="00381D86">
              <w:rPr>
                <w:rFonts w:ascii="Arial" w:hAnsi="Arial"/>
                <w:sz w:val="18"/>
              </w:rPr>
              <w:t>scolastico</w:t>
            </w:r>
            <w:proofErr w:type="spellEnd"/>
          </w:p>
          <w:p w14:paraId="242E2D4B" w14:textId="36ED3164" w:rsidR="00381D86" w:rsidRDefault="00381D86">
            <w:r>
              <w:rPr>
                <w:rFonts w:ascii="Arial" w:hAnsi="Arial"/>
                <w:sz w:val="18"/>
              </w:rPr>
              <w:t xml:space="preserve">5. Corsi di </w:t>
            </w:r>
            <w:proofErr w:type="spellStart"/>
            <w:r>
              <w:rPr>
                <w:rFonts w:ascii="Arial" w:hAnsi="Arial"/>
                <w:sz w:val="18"/>
              </w:rPr>
              <w:t>formazione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attinenti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alla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selezione</w:t>
            </w:r>
            <w:proofErr w:type="spellEnd"/>
          </w:p>
        </w:tc>
        <w:tc>
          <w:tcPr>
            <w:tcW w:w="1728" w:type="dxa"/>
          </w:tcPr>
          <w:p w14:paraId="6187C3DC" w14:textId="77777777" w:rsidR="00CC19A5" w:rsidRDefault="00000000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Max 15 </w:t>
            </w:r>
            <w:proofErr w:type="spellStart"/>
            <w:r>
              <w:rPr>
                <w:rFonts w:ascii="Arial" w:hAnsi="Arial"/>
                <w:sz w:val="18"/>
              </w:rPr>
              <w:t>punti</w:t>
            </w:r>
            <w:proofErr w:type="spellEnd"/>
          </w:p>
          <w:p w14:paraId="1A8C600E" w14:textId="3B0AC0D3" w:rsidR="00381D86" w:rsidRDefault="00381D86">
            <w:pPr>
              <w:jc w:val="center"/>
            </w:pPr>
            <w:r>
              <w:rPr>
                <w:rFonts w:ascii="Arial" w:hAnsi="Arial"/>
                <w:sz w:val="18"/>
              </w:rPr>
              <w:t xml:space="preserve">Max 10 </w:t>
            </w:r>
            <w:proofErr w:type="spellStart"/>
            <w:r>
              <w:rPr>
                <w:rFonts w:ascii="Arial" w:hAnsi="Arial"/>
                <w:sz w:val="18"/>
              </w:rPr>
              <w:t>punti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2160" w:type="dxa"/>
          </w:tcPr>
          <w:p w14:paraId="164DA958" w14:textId="77777777" w:rsidR="00CC19A5" w:rsidRDefault="00CC19A5">
            <w:pPr>
              <w:jc w:val="center"/>
            </w:pPr>
          </w:p>
        </w:tc>
      </w:tr>
      <w:tr w:rsidR="00CC19A5" w14:paraId="3EB13957" w14:textId="77777777">
        <w:trPr>
          <w:jc w:val="center"/>
        </w:trPr>
        <w:tc>
          <w:tcPr>
            <w:tcW w:w="6048" w:type="dxa"/>
          </w:tcPr>
          <w:p w14:paraId="3AD390A3" w14:textId="77777777" w:rsidR="00CC19A5" w:rsidRDefault="00000000">
            <w:r>
              <w:rPr>
                <w:rFonts w:ascii="Arial" w:hAnsi="Arial"/>
                <w:b/>
                <w:sz w:val="18"/>
              </w:rPr>
              <w:t>TOTALE PUNTEGGIO AUTOVALUTATO</w:t>
            </w:r>
          </w:p>
        </w:tc>
        <w:tc>
          <w:tcPr>
            <w:tcW w:w="1728" w:type="dxa"/>
          </w:tcPr>
          <w:p w14:paraId="6160A1B1" w14:textId="77777777" w:rsidR="00CC19A5" w:rsidRDefault="00000000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Max 50 punti</w:t>
            </w:r>
          </w:p>
        </w:tc>
        <w:tc>
          <w:tcPr>
            <w:tcW w:w="2160" w:type="dxa"/>
          </w:tcPr>
          <w:p w14:paraId="5327F365" w14:textId="77777777" w:rsidR="00CC19A5" w:rsidRDefault="00CC19A5">
            <w:pPr>
              <w:jc w:val="center"/>
            </w:pPr>
          </w:p>
        </w:tc>
      </w:tr>
    </w:tbl>
    <w:p w14:paraId="2FF19BAB" w14:textId="77777777" w:rsidR="00CC19A5" w:rsidRDefault="00000000">
      <w:pPr>
        <w:spacing w:before="200" w:after="80"/>
      </w:pPr>
      <w:r>
        <w:rPr>
          <w:rFonts w:ascii="Arial" w:hAnsi="Arial"/>
          <w:b/>
          <w:color w:val="003366"/>
          <w:sz w:val="21"/>
        </w:rPr>
        <w:t>5. ALLEGATI OBBLIGATORI</w:t>
      </w:r>
    </w:p>
    <w:p w14:paraId="62EDB986" w14:textId="77777777" w:rsidR="00CC19A5" w:rsidRDefault="00000000">
      <w:pPr>
        <w:spacing w:after="80"/>
      </w:pPr>
      <w:r>
        <w:rPr>
          <w:rFonts w:ascii="Arial" w:hAnsi="Arial"/>
          <w:sz w:val="20"/>
        </w:rPr>
        <w:t>Si allegano alla presente domanda:</w:t>
      </w:r>
      <w:r>
        <w:rPr>
          <w:rFonts w:ascii="Arial" w:hAnsi="Arial"/>
          <w:sz w:val="20"/>
        </w:rPr>
        <w:br/>
        <w:t>1. Curriculum Vitae in formato europeo aggiornato, datato e firmato;</w:t>
      </w:r>
      <w:r>
        <w:rPr>
          <w:rFonts w:ascii="Arial" w:hAnsi="Arial"/>
          <w:sz w:val="20"/>
        </w:rPr>
        <w:br/>
        <w:t>2. Fotocopia di un documento di riconoscimento in corso di validità.</w:t>
      </w:r>
    </w:p>
    <w:p w14:paraId="54F331AE" w14:textId="77777777" w:rsidR="00CC19A5" w:rsidRDefault="00000000">
      <w:pPr>
        <w:spacing w:after="80"/>
      </w:pPr>
      <w:r>
        <w:rPr>
          <w:rFonts w:ascii="Arial" w:hAnsi="Arial"/>
          <w:sz w:val="20"/>
        </w:rPr>
        <w:t>INFORMATIVA SUL TRATTAMENTO DEI DATI PERSONALI (GDPR UE 2016/679)</w:t>
      </w:r>
      <w:r>
        <w:rPr>
          <w:rFonts w:ascii="Arial" w:hAnsi="Arial"/>
          <w:sz w:val="20"/>
        </w:rPr>
        <w:br/>
        <w:t>Il/La sottoscritto/a autorizza l'Istituzione Scolastica al trattamento dei propri dati personali esclusivamente per le finalità connesse alla gestione della presente procedura di selezione e dell'eventuale successivo incarico, ai sensi del Regolamento UE 2016/679 e del D.Lgs. 196/2003 e s.m.i.</w:t>
      </w:r>
    </w:p>
    <w:p w14:paraId="10C5BE8D" w14:textId="77777777" w:rsidR="00CC19A5" w:rsidRDefault="00CC19A5"/>
    <w:p w14:paraId="0D2BCEA3" w14:textId="77777777" w:rsidR="00CC19A5" w:rsidRDefault="00000000">
      <w:pPr>
        <w:spacing w:before="300"/>
      </w:pPr>
      <w:r>
        <w:rPr>
          <w:rFonts w:ascii="Arial" w:hAnsi="Arial"/>
          <w:sz w:val="20"/>
        </w:rPr>
        <w:t>Luogo e Data: __________________________, ____/____/________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br/>
        <w:t>Firma del Candidato: __________________________________________</w:t>
      </w:r>
    </w:p>
    <w:sectPr w:rsidR="00CC19A5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4010474">
    <w:abstractNumId w:val="8"/>
  </w:num>
  <w:num w:numId="2" w16cid:durableId="41641749">
    <w:abstractNumId w:val="6"/>
  </w:num>
  <w:num w:numId="3" w16cid:durableId="45376826">
    <w:abstractNumId w:val="5"/>
  </w:num>
  <w:num w:numId="4" w16cid:durableId="141623483">
    <w:abstractNumId w:val="4"/>
  </w:num>
  <w:num w:numId="5" w16cid:durableId="1634170101">
    <w:abstractNumId w:val="7"/>
  </w:num>
  <w:num w:numId="6" w16cid:durableId="1715812316">
    <w:abstractNumId w:val="3"/>
  </w:num>
  <w:num w:numId="7" w16cid:durableId="1484740150">
    <w:abstractNumId w:val="2"/>
  </w:num>
  <w:num w:numId="8" w16cid:durableId="1128088862">
    <w:abstractNumId w:val="1"/>
  </w:num>
  <w:num w:numId="9" w16cid:durableId="232082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1D86"/>
    <w:rsid w:val="00974C2E"/>
    <w:rsid w:val="00AA1D8D"/>
    <w:rsid w:val="00B47730"/>
    <w:rsid w:val="00CB0664"/>
    <w:rsid w:val="00CC19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D86D6D"/>
  <w14:defaultImageDpi w14:val="300"/>
  <w15:docId w15:val="{43CDD083-AC5E-405F-8269-325F0D31B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carmine capone</cp:lastModifiedBy>
  <cp:revision>2</cp:revision>
  <dcterms:created xsi:type="dcterms:W3CDTF">2026-09-24T16:13:00Z</dcterms:created>
  <dcterms:modified xsi:type="dcterms:W3CDTF">2026-09-24T16:13:00Z</dcterms:modified>
  <cp:category/>
</cp:coreProperties>
</file>