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2735" w14:textId="7CEAD8CA" w:rsidR="00B95560" w:rsidRDefault="00B95560">
      <w:pPr>
        <w:spacing w:before="200" w:after="40"/>
        <w:rPr>
          <w:b/>
          <w:color w:val="003366"/>
          <w:sz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D6590F6" wp14:editId="1B331FAD">
            <wp:simplePos x="0" y="0"/>
            <wp:positionH relativeFrom="margin">
              <wp:posOffset>-502920</wp:posOffset>
            </wp:positionH>
            <wp:positionV relativeFrom="page">
              <wp:posOffset>372745</wp:posOffset>
            </wp:positionV>
            <wp:extent cx="7293836" cy="929325"/>
            <wp:effectExtent l="0" t="0" r="2540" b="4445"/>
            <wp:wrapSquare wrapText="bothSides"/>
            <wp:docPr id="2117155748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155748" name="Elemento grafico 2117155748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836" cy="92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0211D6" w14:textId="22143967" w:rsidR="00A50506" w:rsidRDefault="00B95560">
      <w:pPr>
        <w:spacing w:before="200" w:after="40"/>
        <w:rPr>
          <w:b/>
          <w:color w:val="003366"/>
          <w:sz w:val="22"/>
        </w:rPr>
      </w:pPr>
      <w:r>
        <w:rPr>
          <w:b/>
          <w:color w:val="003366"/>
          <w:sz w:val="22"/>
        </w:rPr>
        <w:t xml:space="preserve">                                                                                                                                                                       MOD. 3</w:t>
      </w:r>
    </w:p>
    <w:p w14:paraId="1273191C" w14:textId="77777777" w:rsidR="00A50506" w:rsidRDefault="00000000">
      <w:pPr>
        <w:spacing w:before="40"/>
        <w:jc w:val="center"/>
      </w:pPr>
      <w:r>
        <w:rPr>
          <w:b/>
          <w:color w:val="003366"/>
          <w:sz w:val="24"/>
        </w:rPr>
        <w:t>AUTORIZZAZIONE PER USCITA DIDATTICA / VISITA GUIDATA</w:t>
      </w:r>
    </w:p>
    <w:p w14:paraId="65491049" w14:textId="77777777" w:rsidR="00906B31" w:rsidRDefault="00000000">
      <w:pPr>
        <w:spacing w:after="120" w:line="312" w:lineRule="auto"/>
      </w:pPr>
      <w:r>
        <w:rPr>
          <w:b/>
        </w:rPr>
        <w:t xml:space="preserve">I </w:t>
      </w:r>
      <w:proofErr w:type="spellStart"/>
      <w:r>
        <w:rPr>
          <w:b/>
        </w:rPr>
        <w:t>Sottoscritti</w:t>
      </w:r>
      <w:proofErr w:type="spellEnd"/>
      <w:r>
        <w:rPr>
          <w:b/>
        </w:rPr>
        <w:t>:</w:t>
      </w:r>
      <w:r>
        <w:rPr>
          <w:b/>
        </w:rPr>
        <w:br/>
      </w:r>
      <w:proofErr w:type="spellStart"/>
      <w:r w:rsidR="00906B31">
        <w:t>Genitore</w:t>
      </w:r>
      <w:proofErr w:type="spellEnd"/>
      <w:r w:rsidR="00906B31">
        <w:t xml:space="preserve"> 1/</w:t>
      </w:r>
      <w:proofErr w:type="spellStart"/>
      <w:r w:rsidR="00906B31">
        <w:t>Tutore</w:t>
      </w:r>
      <w:proofErr w:type="spellEnd"/>
      <w:r>
        <w:t>:  _________________________________________________________________________________</w:t>
      </w:r>
      <w:r>
        <w:br/>
      </w:r>
    </w:p>
    <w:p w14:paraId="6369BBC3" w14:textId="77777777" w:rsidR="00906B31" w:rsidRDefault="00906B31">
      <w:pPr>
        <w:spacing w:after="120" w:line="312" w:lineRule="auto"/>
      </w:pPr>
      <w:proofErr w:type="spellStart"/>
      <w:r>
        <w:t>Genitore</w:t>
      </w:r>
      <w:proofErr w:type="spellEnd"/>
      <w:r>
        <w:t xml:space="preserve"> 2/</w:t>
      </w:r>
      <w:proofErr w:type="spellStart"/>
      <w:r>
        <w:t>Tutore</w:t>
      </w:r>
      <w:proofErr w:type="spellEnd"/>
      <w:r w:rsidR="00000000">
        <w:t>: _________________________________________________________________________________</w:t>
      </w:r>
      <w:r w:rsidR="00000000">
        <w:br/>
      </w:r>
    </w:p>
    <w:p w14:paraId="6496FCE5" w14:textId="3F02A466" w:rsidR="00A50506" w:rsidRDefault="00000000">
      <w:pPr>
        <w:spacing w:after="120" w:line="312" w:lineRule="auto"/>
      </w:pPr>
      <w:proofErr w:type="spellStart"/>
      <w:r>
        <w:t>genitori</w:t>
      </w:r>
      <w:proofErr w:type="spellEnd"/>
      <w:r>
        <w:t xml:space="preserve"> </w:t>
      </w:r>
      <w:proofErr w:type="spellStart"/>
      <w:r>
        <w:t>dell’alunno</w:t>
      </w:r>
      <w:proofErr w:type="spellEnd"/>
      <w:r>
        <w:t>/a: _____________________________________________________________________</w:t>
      </w:r>
      <w:r>
        <w:br/>
      </w:r>
      <w:proofErr w:type="spellStart"/>
      <w:r>
        <w:t>frequentante</w:t>
      </w:r>
      <w:proofErr w:type="spellEnd"/>
      <w:r>
        <w:t xml:space="preserve"> la Classe: ___________</w:t>
      </w:r>
      <w:proofErr w:type="gramStart"/>
      <w:r>
        <w:t>_  Sez</w:t>
      </w:r>
      <w:proofErr w:type="gramEnd"/>
      <w:r>
        <w:t>.: ___________</w:t>
      </w:r>
      <w:proofErr w:type="gramStart"/>
      <w:r>
        <w:t>_  Scuola</w:t>
      </w:r>
      <w:proofErr w:type="gramEnd"/>
      <w:r>
        <w:t>: ___________________________</w:t>
      </w:r>
      <w:r>
        <w:br/>
        <w:t>presso l’I.C. "Leopardi Parini Rovigliano" di Torre Annunziata,</w:t>
      </w:r>
    </w:p>
    <w:p w14:paraId="0F70C01A" w14:textId="77777777" w:rsidR="00A50506" w:rsidRDefault="00000000">
      <w:pPr>
        <w:spacing w:before="120" w:after="120"/>
        <w:jc w:val="center"/>
      </w:pPr>
      <w:r>
        <w:rPr>
          <w:b/>
          <w:color w:val="003366"/>
          <w:sz w:val="24"/>
        </w:rPr>
        <w:t>AUTORIZZANO</w:t>
      </w:r>
    </w:p>
    <w:p w14:paraId="73864FED" w14:textId="77777777" w:rsidR="00A50506" w:rsidRDefault="00000000">
      <w:pPr>
        <w:spacing w:line="312" w:lineRule="auto"/>
      </w:pPr>
      <w:r>
        <w:t>il/la proprio/a figlio/a a partecipare alla visita guidata / uscita didattica presso:</w:t>
      </w:r>
      <w:r>
        <w:br/>
        <w:t>_______________________________________________________________________________________</w:t>
      </w:r>
      <w:r>
        <w:br/>
        <w:t>che si terrà il giorno: ________________________  dalle ore: ___________  alle ore: _____________</w:t>
      </w:r>
      <w:r>
        <w:br/>
        <w:t>Luogo di Partenza / Rientro (Via): __________________________________________________________</w:t>
      </w:r>
    </w:p>
    <w:p w14:paraId="02B536EE" w14:textId="77777777" w:rsidR="00A50506" w:rsidRDefault="00000000">
      <w:pPr>
        <w:spacing w:before="200"/>
      </w:pPr>
      <w:r>
        <w:rPr>
          <w:b/>
        </w:rPr>
        <w:t>Data: _____________________</w:t>
      </w:r>
      <w:r>
        <w:rPr>
          <w:b/>
        </w:rPr>
        <w:br/>
      </w:r>
      <w:r>
        <w:rPr>
          <w:b/>
        </w:rPr>
        <w:br/>
      </w:r>
    </w:p>
    <w:p w14:paraId="7D08F770" w14:textId="77777777" w:rsidR="00A50506" w:rsidRDefault="00000000">
      <w:pPr>
        <w:spacing w:after="80"/>
        <w:jc w:val="right"/>
      </w:pPr>
      <w:r>
        <w:rPr>
          <w:i/>
          <w:sz w:val="19"/>
        </w:rPr>
        <w:t>Firma di entrambi i genitori ( od esercenti la responsabilità genitoriale )</w:t>
      </w:r>
    </w:p>
    <w:p w14:paraId="5C097F9F" w14:textId="77777777" w:rsidR="00A50506" w:rsidRDefault="00000000">
      <w:pPr>
        <w:jc w:val="right"/>
      </w:pPr>
      <w:r>
        <w:t>___________________________________________</w:t>
      </w:r>
      <w:r>
        <w:br/>
      </w:r>
      <w:r>
        <w:br/>
        <w:t>___________________________________________</w:t>
      </w:r>
    </w:p>
    <w:p w14:paraId="7371D1F2" w14:textId="77777777" w:rsidR="00A50506" w:rsidRDefault="00000000">
      <w:pPr>
        <w:spacing w:before="80" w:after="120"/>
      </w:pPr>
      <w:r>
        <w:rPr>
          <w:color w:val="AAAAAA"/>
        </w:rPr>
        <w:t>----------------------------------------------------------------------------------------------------------------------------------</w:t>
      </w:r>
    </w:p>
    <w:p w14:paraId="70903349" w14:textId="77777777" w:rsidR="00A50506" w:rsidRDefault="00000000">
      <w:pPr>
        <w:spacing w:before="40" w:after="80"/>
      </w:pPr>
      <w:r>
        <w:rPr>
          <w:b/>
          <w:color w:val="003366"/>
          <w:sz w:val="18"/>
        </w:rPr>
        <w:t>Note procedurali e riferimenti normativi in tema di responsabilità genitoriale:</w:t>
      </w:r>
      <w:r>
        <w:rPr>
          <w:b/>
          <w:color w:val="003366"/>
          <w:sz w:val="18"/>
        </w:rPr>
        <w:br/>
      </w:r>
      <w:r>
        <w:rPr>
          <w:color w:val="444444"/>
          <w:sz w:val="17"/>
        </w:rPr>
        <w:t>A. Ai sensi degli artt. 316 e 337-ter del Codice Civile (come modificati dal D.Lgs. 28 dicembre 2013, n. 154), la responsabilità genitoriale è esercitata da entrambi i genitori. Di conseguenza, le decisioni di maggiore interesse per i figli relative all'istruzione e all'educazione devono essere assunte di comune accordo, richiedendo la sottoscrizione di entrambi.</w:t>
      </w:r>
      <w:r>
        <w:rPr>
          <w:color w:val="444444"/>
          <w:sz w:val="17"/>
        </w:rPr>
        <w:br/>
        <w:t>B. Nel caso in cui il modulo sia sottoscritto da uno solo dei genitori, occorre sottoscrivere la seguente dichiarazione:</w:t>
      </w:r>
      <w:r>
        <w:rPr>
          <w:color w:val="444444"/>
          <w:sz w:val="17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14"/>
      </w:tblGrid>
      <w:tr w:rsidR="00A50506" w14:paraId="64AA4255" w14:textId="77777777">
        <w:trPr>
          <w:jc w:val="center"/>
        </w:trPr>
        <w:tc>
          <w:tcPr>
            <w:tcW w:w="102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AF9F6"/>
          </w:tcPr>
          <w:p w14:paraId="670C79D1" w14:textId="77777777" w:rsidR="00A50506" w:rsidRDefault="00000000">
            <w:pPr>
              <w:spacing w:before="60" w:after="60"/>
            </w:pPr>
            <w:r>
              <w:rPr>
                <w:i/>
                <w:sz w:val="17"/>
              </w:rPr>
              <w:t>«Il sottoscritto, consapevole delle conseguenze civili, amministrative e penali previste dall’art. 76 del D.P.R. 28 dicembre 2000, n. 445 per chi rilascia dichiarazioni non corrispondenti a verità e rende dichiarazioni mendaci, dichiara di aver effettuato la scelta/richiesta in osservanza delle disposizioni sulla responsabilità genitoriale di cui agli artt. 316, 337-ter e 337-quater del Codice Civile, che richiedono il consenso di entrambi i genitori.»</w:t>
            </w:r>
          </w:p>
        </w:tc>
      </w:tr>
    </w:tbl>
    <w:p w14:paraId="696923D2" w14:textId="5B5C504C" w:rsidR="00A50506" w:rsidRDefault="00000000" w:rsidP="00906B31">
      <w:pPr>
        <w:spacing w:before="120"/>
        <w:jc w:val="right"/>
      </w:pPr>
      <w:r>
        <w:rPr>
          <w:sz w:val="18"/>
        </w:rPr>
        <w:t>Firma del genitore richiedente: __________________________________________</w:t>
      </w:r>
    </w:p>
    <w:sectPr w:rsidR="00A50506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1594389">
    <w:abstractNumId w:val="8"/>
  </w:num>
  <w:num w:numId="2" w16cid:durableId="1591234412">
    <w:abstractNumId w:val="6"/>
  </w:num>
  <w:num w:numId="3" w16cid:durableId="1844784802">
    <w:abstractNumId w:val="5"/>
  </w:num>
  <w:num w:numId="4" w16cid:durableId="1137574047">
    <w:abstractNumId w:val="4"/>
  </w:num>
  <w:num w:numId="5" w16cid:durableId="1057242005">
    <w:abstractNumId w:val="7"/>
  </w:num>
  <w:num w:numId="6" w16cid:durableId="107168068">
    <w:abstractNumId w:val="3"/>
  </w:num>
  <w:num w:numId="7" w16cid:durableId="1703434741">
    <w:abstractNumId w:val="2"/>
  </w:num>
  <w:num w:numId="8" w16cid:durableId="4720088">
    <w:abstractNumId w:val="1"/>
  </w:num>
  <w:num w:numId="9" w16cid:durableId="57020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867E4"/>
    <w:rsid w:val="00906B31"/>
    <w:rsid w:val="00A50506"/>
    <w:rsid w:val="00AA1D8D"/>
    <w:rsid w:val="00B47730"/>
    <w:rsid w:val="00B95560"/>
    <w:rsid w:val="00BC0BB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DE9C24"/>
  <w14:defaultImageDpi w14:val="300"/>
  <w15:docId w15:val="{56C9914E-AC46-44C0-9C79-5A3C36C2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color w:val="333333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DIRIGENTE</cp:lastModifiedBy>
  <cp:revision>2</cp:revision>
  <dcterms:created xsi:type="dcterms:W3CDTF">2026-09-24T12:07:00Z</dcterms:created>
  <dcterms:modified xsi:type="dcterms:W3CDTF">2026-09-24T12:07:00Z</dcterms:modified>
  <cp:category/>
</cp:coreProperties>
</file>